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5A2" w:rsidRDefault="001C45A2" w:rsidP="001C45A2">
      <w:pPr>
        <w:pStyle w:val="Title"/>
        <w:jc w:val="center"/>
        <w:rPr>
          <w:rFonts w:ascii="Calibri" w:hAnsi="Calibri" w:cs="Calibri"/>
          <w:sz w:val="32"/>
        </w:rPr>
      </w:pPr>
      <w:r w:rsidRPr="00010C30">
        <w:rPr>
          <w:rFonts w:ascii="Calibri" w:hAnsi="Calibri" w:cs="Calibri"/>
          <w:noProof/>
          <w:sz w:val="32"/>
        </w:rPr>
        <w:drawing>
          <wp:anchor distT="0" distB="0" distL="114300" distR="114300" simplePos="0" relativeHeight="251659264" behindDoc="1" locked="0" layoutInCell="1" allowOverlap="1" wp14:anchorId="7DB16D4D" wp14:editId="1ABB1EE8">
            <wp:simplePos x="0" y="0"/>
            <wp:positionH relativeFrom="margin">
              <wp:posOffset>1476375</wp:posOffset>
            </wp:positionH>
            <wp:positionV relativeFrom="margin">
              <wp:posOffset>-1476375</wp:posOffset>
            </wp:positionV>
            <wp:extent cx="2532380" cy="2477770"/>
            <wp:effectExtent l="0" t="0" r="1270" b="0"/>
            <wp:wrapNone/>
            <wp:docPr id="3" name="Picture 3" descr="NMT Logos and Visual Identity Guidelines: New Mexico T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MT Logos and Visual Identity Guidelines: New Mexico Te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56E">
        <w:rPr>
          <w:noProof/>
        </w:rPr>
        <mc:AlternateContent>
          <mc:Choice Requires="wps">
            <w:drawing>
              <wp:inline distT="0" distB="0" distL="0" distR="0" wp14:anchorId="486A5415" wp14:editId="06F47E11">
                <wp:extent cx="304800" cy="304800"/>
                <wp:effectExtent l="0" t="0" r="0" b="0"/>
                <wp:docPr id="1" name="AutoShape 1" descr="New Mexico Water Service Logo PNG Vector (EPS) Fre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05CB97" id="AutoShape 1" o:spid="_x0000_s1026" alt="New Mexico Water Service Logo PNG Vector (EPS) Free Downloa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MEcGTkAgAA/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1C45A2">
        <w:rPr>
          <w:rFonts w:ascii="Calibri" w:hAnsi="Calibri" w:cs="Calibri"/>
          <w:sz w:val="32"/>
        </w:rPr>
        <w:t xml:space="preserve"> </w:t>
      </w:r>
    </w:p>
    <w:p w:rsidR="001C45A2" w:rsidRPr="00010C30" w:rsidRDefault="001C45A2" w:rsidP="001C45A2">
      <w:pPr>
        <w:pStyle w:val="Title"/>
        <w:jc w:val="center"/>
        <w:rPr>
          <w:rFonts w:ascii="Calibri" w:hAnsi="Calibri" w:cs="Calibri"/>
          <w:sz w:val="32"/>
        </w:rPr>
      </w:pPr>
      <w:r w:rsidRPr="00010C30">
        <w:rPr>
          <w:rFonts w:ascii="Calibri" w:hAnsi="Calibri" w:cs="Calibri"/>
          <w:sz w:val="32"/>
        </w:rPr>
        <w:t>CONTRACT REVIEW INTAKE FORM</w:t>
      </w:r>
    </w:p>
    <w:p w:rsidR="00261B3F" w:rsidRPr="00261B3F" w:rsidRDefault="00261B3F">
      <w:pPr>
        <w:pStyle w:val="Heading2"/>
        <w:rPr>
          <w:rFonts w:ascii="Calibri" w:hAnsi="Calibri" w:cs="Calibri"/>
          <w:color w:val="FF0000"/>
        </w:rPr>
      </w:pPr>
      <w:r w:rsidRPr="00261B3F">
        <w:rPr>
          <w:rFonts w:ascii="Calibri" w:hAnsi="Calibri" w:cs="Calibri"/>
          <w:color w:val="FF0000"/>
        </w:rPr>
        <w:t>*** Please note that it is the department’s resp</w:t>
      </w:r>
      <w:r w:rsidR="00654950">
        <w:rPr>
          <w:rFonts w:ascii="Calibri" w:hAnsi="Calibri" w:cs="Calibri"/>
          <w:color w:val="FF0000"/>
        </w:rPr>
        <w:t>onsibility to follow-up with P</w:t>
      </w:r>
      <w:r w:rsidRPr="00261B3F">
        <w:rPr>
          <w:rFonts w:ascii="Calibri" w:hAnsi="Calibri" w:cs="Calibri"/>
          <w:color w:val="FF0000"/>
        </w:rPr>
        <w:t>urchasing regarding</w:t>
      </w:r>
      <w:r w:rsidR="00654950">
        <w:rPr>
          <w:rFonts w:ascii="Calibri" w:hAnsi="Calibri" w:cs="Calibri"/>
          <w:color w:val="FF0000"/>
        </w:rPr>
        <w:t xml:space="preserve"> the</w:t>
      </w:r>
      <w:r w:rsidRPr="00261B3F">
        <w:rPr>
          <w:rFonts w:ascii="Calibri" w:hAnsi="Calibri" w:cs="Calibri"/>
          <w:color w:val="FF0000"/>
        </w:rPr>
        <w:t xml:space="preserve"> status of </w:t>
      </w:r>
      <w:r w:rsidR="00654950">
        <w:rPr>
          <w:rFonts w:ascii="Calibri" w:hAnsi="Calibri" w:cs="Calibri"/>
          <w:color w:val="FF0000"/>
        </w:rPr>
        <w:t xml:space="preserve">the </w:t>
      </w:r>
      <w:r w:rsidRPr="00261B3F">
        <w:rPr>
          <w:rFonts w:ascii="Calibri" w:hAnsi="Calibri" w:cs="Calibri"/>
          <w:color w:val="FF0000"/>
        </w:rPr>
        <w:t xml:space="preserve">contract. </w:t>
      </w:r>
      <w:r w:rsidR="00BF6781">
        <w:rPr>
          <w:rFonts w:ascii="Calibri" w:hAnsi="Calibri" w:cs="Calibri"/>
          <w:color w:val="FF0000"/>
        </w:rPr>
        <w:t xml:space="preserve">If the contract is over $2999.99, please submit a requisition with all required documentation. </w:t>
      </w:r>
    </w:p>
    <w:p w:rsidR="00D06D96" w:rsidRPr="00EC556E" w:rsidRDefault="0040100D">
      <w:pPr>
        <w:pStyle w:val="Heading2"/>
        <w:rPr>
          <w:rFonts w:ascii="Calibri" w:hAnsi="Calibri" w:cs="Calibri"/>
        </w:rPr>
      </w:pPr>
      <w:r w:rsidRPr="00EC556E">
        <w:rPr>
          <w:rFonts w:ascii="Calibri" w:hAnsi="Calibri" w:cs="Calibri"/>
        </w:rPr>
        <w:t>Section 1: Requestor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6D96" w:rsidRPr="00EC556E" w:rsidTr="005D7BA5">
        <w:tc>
          <w:tcPr>
            <w:tcW w:w="4316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Name:</w:t>
            </w:r>
          </w:p>
        </w:tc>
        <w:tc>
          <w:tcPr>
            <w:tcW w:w="431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 w:rsidTr="005D7BA5">
        <w:tc>
          <w:tcPr>
            <w:tcW w:w="4316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Title/Department:</w:t>
            </w:r>
          </w:p>
        </w:tc>
        <w:tc>
          <w:tcPr>
            <w:tcW w:w="431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 w:rsidTr="005D7BA5">
        <w:tc>
          <w:tcPr>
            <w:tcW w:w="4316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Email:</w:t>
            </w:r>
          </w:p>
        </w:tc>
        <w:tc>
          <w:tcPr>
            <w:tcW w:w="431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 w:rsidTr="005D7BA5">
        <w:tc>
          <w:tcPr>
            <w:tcW w:w="4316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Phone Number:</w:t>
            </w:r>
          </w:p>
        </w:tc>
        <w:tc>
          <w:tcPr>
            <w:tcW w:w="431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5D7BA5" w:rsidRPr="00EC556E" w:rsidTr="005D7BA5">
        <w:tc>
          <w:tcPr>
            <w:tcW w:w="4316" w:type="dxa"/>
          </w:tcPr>
          <w:p w:rsidR="005D7BA5" w:rsidRDefault="005D7B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Is this time-sensitive? If Yes, Why? </w:t>
            </w:r>
          </w:p>
        </w:tc>
        <w:tc>
          <w:tcPr>
            <w:tcW w:w="4314" w:type="dxa"/>
          </w:tcPr>
          <w:p w:rsidR="005D7BA5" w:rsidRPr="00EC556E" w:rsidRDefault="005D7BA5">
            <w:pPr>
              <w:rPr>
                <w:rFonts w:ascii="Calibri" w:hAnsi="Calibri" w:cs="Calibri"/>
              </w:rPr>
            </w:pPr>
          </w:p>
        </w:tc>
      </w:tr>
      <w:tr w:rsidR="00BF6781" w:rsidRPr="00EC556E" w:rsidTr="005D7BA5">
        <w:tc>
          <w:tcPr>
            <w:tcW w:w="4316" w:type="dxa"/>
          </w:tcPr>
          <w:p w:rsidR="00BF6781" w:rsidRDefault="00BF67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Amount of contract: </w:t>
            </w:r>
            <w:bookmarkStart w:id="0" w:name="_GoBack"/>
            <w:bookmarkEnd w:id="0"/>
          </w:p>
        </w:tc>
        <w:tc>
          <w:tcPr>
            <w:tcW w:w="4314" w:type="dxa"/>
          </w:tcPr>
          <w:p w:rsidR="00BF6781" w:rsidRPr="00EC556E" w:rsidRDefault="00BF6781">
            <w:pPr>
              <w:rPr>
                <w:rFonts w:ascii="Calibri" w:hAnsi="Calibri" w:cs="Calibri"/>
              </w:rPr>
            </w:pPr>
          </w:p>
        </w:tc>
      </w:tr>
    </w:tbl>
    <w:p w:rsidR="00654950" w:rsidRDefault="00654950" w:rsidP="00654950">
      <w:pPr>
        <w:rPr>
          <w:rFonts w:ascii="Calibri" w:hAnsi="Calibri" w:cs="Calibri"/>
        </w:rPr>
      </w:pPr>
    </w:p>
    <w:p w:rsidR="00654950" w:rsidRPr="00654950" w:rsidRDefault="00654950" w:rsidP="00654950">
      <w:pPr>
        <w:rPr>
          <w:rFonts w:ascii="Calibri" w:hAnsi="Calibri" w:cs="Calibri"/>
        </w:rPr>
      </w:pPr>
      <w:r w:rsidRPr="00654950">
        <w:rPr>
          <w:rFonts w:ascii="Calibri" w:hAnsi="Calibri" w:cs="Calibri"/>
        </w:rPr>
        <w:t>By signing below, I confirm that I have read and understood the terms and conditions of this contract.</w:t>
      </w:r>
    </w:p>
    <w:p w:rsidR="00654950" w:rsidRPr="00654950" w:rsidRDefault="00654950" w:rsidP="00654950">
      <w:pPr>
        <w:rPr>
          <w:rFonts w:ascii="Calibri" w:hAnsi="Calibri" w:cs="Calibri"/>
          <w:b/>
        </w:rPr>
      </w:pPr>
      <w:r w:rsidRPr="00654950">
        <w:rPr>
          <w:rFonts w:ascii="Calibri" w:hAnsi="Calibri" w:cs="Calibri"/>
          <w:b/>
        </w:rPr>
        <w:t>Signature: ___________________________</w:t>
      </w:r>
    </w:p>
    <w:p w:rsidR="00654950" w:rsidRPr="00654950" w:rsidRDefault="00654950" w:rsidP="00654950">
      <w:pPr>
        <w:rPr>
          <w:rFonts w:ascii="Calibri" w:hAnsi="Calibri" w:cs="Calibri"/>
          <w:b/>
        </w:rPr>
      </w:pPr>
      <w:r w:rsidRPr="00654950">
        <w:rPr>
          <w:rFonts w:ascii="Calibri" w:hAnsi="Calibri" w:cs="Calibri"/>
          <w:b/>
        </w:rPr>
        <w:t>Date: _______________________________</w:t>
      </w:r>
    </w:p>
    <w:p w:rsidR="00D06D96" w:rsidRPr="00EC556E" w:rsidRDefault="0040100D">
      <w:pPr>
        <w:pStyle w:val="Heading2"/>
        <w:rPr>
          <w:rFonts w:ascii="Calibri" w:hAnsi="Calibri" w:cs="Calibri"/>
        </w:rPr>
      </w:pPr>
      <w:r w:rsidRPr="00EC556E">
        <w:rPr>
          <w:rFonts w:ascii="Calibri" w:hAnsi="Calibri" w:cs="Calibri"/>
        </w:rPr>
        <w:t>Section 2: Contract Information</w:t>
      </w:r>
    </w:p>
    <w:p w:rsidR="00D06D96" w:rsidRPr="00EC556E" w:rsidRDefault="0040100D">
      <w:pPr>
        <w:rPr>
          <w:rFonts w:ascii="Calibri" w:hAnsi="Calibri" w:cs="Calibri"/>
        </w:rPr>
      </w:pPr>
      <w:r w:rsidRPr="00EC556E">
        <w:rPr>
          <w:rFonts w:ascii="Calibri" w:hAnsi="Calibri" w:cs="Calibri"/>
        </w:rPr>
        <w:t>Contract Type:</w:t>
      </w:r>
    </w:p>
    <w:p w:rsidR="00D06D96" w:rsidRPr="00EC556E" w:rsidRDefault="0040100D">
      <w:pPr>
        <w:pStyle w:val="ListBullet"/>
        <w:rPr>
          <w:rFonts w:ascii="Calibri" w:hAnsi="Calibri" w:cs="Calibri"/>
        </w:rPr>
      </w:pPr>
      <w:r w:rsidRPr="00EC556E">
        <w:rPr>
          <w:rFonts w:ascii="Segoe UI Symbol" w:hAnsi="Segoe UI Symbol" w:cs="Segoe UI Symbol"/>
        </w:rPr>
        <w:t>☐</w:t>
      </w:r>
      <w:r w:rsidRPr="00EC556E">
        <w:rPr>
          <w:rFonts w:ascii="Calibri" w:hAnsi="Calibri" w:cs="Calibri"/>
        </w:rPr>
        <w:t xml:space="preserve"> Purchase of Goods</w:t>
      </w:r>
    </w:p>
    <w:p w:rsidR="00D06D96" w:rsidRPr="00EC556E" w:rsidRDefault="0040100D">
      <w:pPr>
        <w:pStyle w:val="ListBullet"/>
        <w:rPr>
          <w:rFonts w:ascii="Calibri" w:hAnsi="Calibri" w:cs="Calibri"/>
        </w:rPr>
      </w:pPr>
      <w:r w:rsidRPr="00EC556E">
        <w:rPr>
          <w:rFonts w:ascii="Segoe UI Symbol" w:hAnsi="Segoe UI Symbol" w:cs="Segoe UI Symbol"/>
        </w:rPr>
        <w:t>☐</w:t>
      </w:r>
      <w:r w:rsidRPr="00EC556E">
        <w:rPr>
          <w:rFonts w:ascii="Calibri" w:hAnsi="Calibri" w:cs="Calibri"/>
        </w:rPr>
        <w:t xml:space="preserve"> Service Agreement</w:t>
      </w:r>
    </w:p>
    <w:p w:rsidR="00D06D96" w:rsidRPr="00EC556E" w:rsidRDefault="0040100D">
      <w:pPr>
        <w:pStyle w:val="ListBullet"/>
        <w:rPr>
          <w:rFonts w:ascii="Calibri" w:hAnsi="Calibri" w:cs="Calibri"/>
        </w:rPr>
      </w:pPr>
      <w:r w:rsidRPr="00EC556E">
        <w:rPr>
          <w:rFonts w:ascii="Segoe UI Symbol" w:hAnsi="Segoe UI Symbol" w:cs="Segoe UI Symbol"/>
        </w:rPr>
        <w:t>☐</w:t>
      </w:r>
      <w:r w:rsidRPr="00EC556E">
        <w:rPr>
          <w:rFonts w:ascii="Calibri" w:hAnsi="Calibri" w:cs="Calibri"/>
        </w:rPr>
        <w:t xml:space="preserve"> Software/IT License</w:t>
      </w:r>
    </w:p>
    <w:p w:rsidR="00D06D96" w:rsidRPr="00EC556E" w:rsidRDefault="0040100D">
      <w:pPr>
        <w:pStyle w:val="ListBullet"/>
        <w:rPr>
          <w:rFonts w:ascii="Calibri" w:hAnsi="Calibri" w:cs="Calibri"/>
        </w:rPr>
      </w:pPr>
      <w:r w:rsidRPr="00EC556E">
        <w:rPr>
          <w:rFonts w:ascii="Segoe UI Symbol" w:hAnsi="Segoe UI Symbol" w:cs="Segoe UI Symbol"/>
        </w:rPr>
        <w:t>☐</w:t>
      </w:r>
      <w:r w:rsidRPr="00EC556E">
        <w:rPr>
          <w:rFonts w:ascii="Calibri" w:hAnsi="Calibri" w:cs="Calibri"/>
        </w:rPr>
        <w:t xml:space="preserve"> Grant/Research</w:t>
      </w:r>
    </w:p>
    <w:p w:rsidR="00D06D96" w:rsidRPr="00EC556E" w:rsidRDefault="0040100D">
      <w:pPr>
        <w:pStyle w:val="ListBullet"/>
        <w:rPr>
          <w:rFonts w:ascii="Calibri" w:hAnsi="Calibri" w:cs="Calibri"/>
        </w:rPr>
      </w:pPr>
      <w:r w:rsidRPr="00EC556E">
        <w:rPr>
          <w:rFonts w:ascii="Segoe UI Symbol" w:hAnsi="Segoe UI Symbol" w:cs="Segoe UI Symbol"/>
        </w:rPr>
        <w:t>☐</w:t>
      </w:r>
      <w:r w:rsidRPr="00EC556E">
        <w:rPr>
          <w:rFonts w:ascii="Calibri" w:hAnsi="Calibri" w:cs="Calibri"/>
        </w:rPr>
        <w:t xml:space="preserve"> Lease/Rental</w:t>
      </w:r>
    </w:p>
    <w:p w:rsidR="00D06D96" w:rsidRPr="00EC556E" w:rsidRDefault="0040100D">
      <w:pPr>
        <w:pStyle w:val="ListBullet"/>
        <w:rPr>
          <w:rFonts w:ascii="Calibri" w:hAnsi="Calibri" w:cs="Calibri"/>
        </w:rPr>
      </w:pPr>
      <w:r w:rsidRPr="00EC556E">
        <w:rPr>
          <w:rFonts w:ascii="Segoe UI Symbol" w:hAnsi="Segoe UI Symbol" w:cs="Segoe UI Symbol"/>
        </w:rPr>
        <w:t>☐</w:t>
      </w:r>
      <w:r w:rsidRPr="00EC556E">
        <w:rPr>
          <w:rFonts w:ascii="Calibri" w:hAnsi="Calibri" w:cs="Calibri"/>
        </w:rPr>
        <w:t xml:space="preserve"> MOU/MOA</w:t>
      </w:r>
    </w:p>
    <w:p w:rsidR="00D06D96" w:rsidRPr="00EC556E" w:rsidRDefault="0040100D">
      <w:pPr>
        <w:pStyle w:val="ListBullet"/>
        <w:rPr>
          <w:rFonts w:ascii="Calibri" w:hAnsi="Calibri" w:cs="Calibri"/>
        </w:rPr>
      </w:pPr>
      <w:r w:rsidRPr="00EC556E">
        <w:rPr>
          <w:rFonts w:ascii="Segoe UI Symbol" w:hAnsi="Segoe UI Symbol" w:cs="Segoe UI Symbol"/>
        </w:rPr>
        <w:t>☐</w:t>
      </w:r>
      <w:r w:rsidRPr="00EC556E">
        <w:rPr>
          <w:rFonts w:ascii="Calibri" w:hAnsi="Calibri" w:cs="Calibri"/>
        </w:rPr>
        <w:t xml:space="preserve"> Other: 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6D96" w:rsidRPr="00EC556E">
        <w:tc>
          <w:tcPr>
            <w:tcW w:w="432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Vendor Name:</w:t>
            </w:r>
          </w:p>
        </w:tc>
        <w:tc>
          <w:tcPr>
            <w:tcW w:w="4320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>
        <w:tc>
          <w:tcPr>
            <w:tcW w:w="432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Vendor Contact (Name &amp; Email):</w:t>
            </w:r>
          </w:p>
        </w:tc>
        <w:tc>
          <w:tcPr>
            <w:tcW w:w="4320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>
        <w:tc>
          <w:tcPr>
            <w:tcW w:w="432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Total Contract Value:</w:t>
            </w:r>
          </w:p>
        </w:tc>
        <w:tc>
          <w:tcPr>
            <w:tcW w:w="4320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EC556E" w:rsidRPr="00EC556E">
        <w:tc>
          <w:tcPr>
            <w:tcW w:w="4320" w:type="dxa"/>
          </w:tcPr>
          <w:p w:rsidR="00EC556E" w:rsidRPr="00EC556E" w:rsidRDefault="00EC556E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Contract Term (Start – End):</w:t>
            </w:r>
          </w:p>
        </w:tc>
        <w:tc>
          <w:tcPr>
            <w:tcW w:w="4320" w:type="dxa"/>
          </w:tcPr>
          <w:p w:rsidR="00EC556E" w:rsidRPr="00EC556E" w:rsidRDefault="00EC556E">
            <w:pPr>
              <w:rPr>
                <w:rFonts w:ascii="Calibri" w:hAnsi="Calibri" w:cs="Calibri"/>
              </w:rPr>
            </w:pPr>
          </w:p>
        </w:tc>
      </w:tr>
    </w:tbl>
    <w:p w:rsidR="00654950" w:rsidRDefault="00654950">
      <w:pPr>
        <w:rPr>
          <w:rFonts w:ascii="Calibri" w:hAnsi="Calibri" w:cs="Calibri"/>
        </w:rPr>
      </w:pPr>
    </w:p>
    <w:p w:rsidR="00D06D96" w:rsidRPr="00EC556E" w:rsidRDefault="0040100D">
      <w:pPr>
        <w:rPr>
          <w:rFonts w:ascii="Calibri" w:hAnsi="Calibri" w:cs="Calibri"/>
        </w:rPr>
      </w:pPr>
      <w:r w:rsidRPr="00EC556E">
        <w:rPr>
          <w:rFonts w:ascii="Calibri" w:hAnsi="Calibri" w:cs="Calibri"/>
        </w:rPr>
        <w:t>Is this a new contract or renewal:</w:t>
      </w:r>
    </w:p>
    <w:p w:rsidR="00D06D96" w:rsidRPr="00EC556E" w:rsidRDefault="0040100D">
      <w:pPr>
        <w:pStyle w:val="ListBullet"/>
        <w:rPr>
          <w:rFonts w:ascii="Calibri" w:hAnsi="Calibri" w:cs="Calibri"/>
        </w:rPr>
      </w:pPr>
      <w:r w:rsidRPr="00EC556E">
        <w:rPr>
          <w:rFonts w:ascii="Segoe UI Symbol" w:hAnsi="Segoe UI Symbol" w:cs="Segoe UI Symbol"/>
        </w:rPr>
        <w:t>☐</w:t>
      </w:r>
      <w:r w:rsidRPr="00EC556E">
        <w:rPr>
          <w:rFonts w:ascii="Calibri" w:hAnsi="Calibri" w:cs="Calibri"/>
        </w:rPr>
        <w:t xml:space="preserve"> New</w:t>
      </w:r>
    </w:p>
    <w:p w:rsidR="00D06D96" w:rsidRPr="00EC556E" w:rsidRDefault="0040100D">
      <w:pPr>
        <w:pStyle w:val="ListBullet"/>
        <w:rPr>
          <w:rFonts w:ascii="Calibri" w:hAnsi="Calibri" w:cs="Calibri"/>
        </w:rPr>
      </w:pPr>
      <w:r w:rsidRPr="00EC556E">
        <w:rPr>
          <w:rFonts w:ascii="Segoe UI Symbol" w:hAnsi="Segoe UI Symbol" w:cs="Segoe UI Symbol"/>
        </w:rPr>
        <w:t>☐</w:t>
      </w:r>
      <w:r w:rsidRPr="00EC556E">
        <w:rPr>
          <w:rFonts w:ascii="Calibri" w:hAnsi="Calibri" w:cs="Calibri"/>
        </w:rPr>
        <w:t xml:space="preserve"> Renewal</w:t>
      </w:r>
    </w:p>
    <w:p w:rsidR="00D06D96" w:rsidRPr="00EC556E" w:rsidRDefault="0040100D">
      <w:pPr>
        <w:pStyle w:val="ListBullet"/>
        <w:rPr>
          <w:rFonts w:ascii="Calibri" w:hAnsi="Calibri" w:cs="Calibri"/>
        </w:rPr>
      </w:pPr>
      <w:r w:rsidRPr="00EC556E">
        <w:rPr>
          <w:rFonts w:ascii="Segoe UI Symbol" w:hAnsi="Segoe UI Symbol" w:cs="Segoe UI Symbol"/>
        </w:rPr>
        <w:t>☐</w:t>
      </w:r>
      <w:r w:rsidRPr="00EC556E">
        <w:rPr>
          <w:rFonts w:ascii="Calibri" w:hAnsi="Calibri" w:cs="Calibri"/>
        </w:rPr>
        <w:t xml:space="preserve"> Amendment</w:t>
      </w:r>
    </w:p>
    <w:p w:rsidR="0040100D" w:rsidRDefault="0040100D" w:rsidP="0040100D">
      <w:pPr>
        <w:rPr>
          <w:rFonts w:ascii="Calibri" w:hAnsi="Calibri" w:cs="Calibri"/>
        </w:rPr>
      </w:pPr>
      <w:r w:rsidRPr="00EC556E">
        <w:rPr>
          <w:rFonts w:ascii="Calibri" w:hAnsi="Calibri" w:cs="Calibri"/>
        </w:rPr>
        <w:lastRenderedPageBreak/>
        <w:t>*If for a renewal, please provide the last agreement and/or the complete terms and conditions for any amendments.</w:t>
      </w:r>
      <w:r>
        <w:rPr>
          <w:rFonts w:ascii="Calibri" w:hAnsi="Calibri" w:cs="Calibri"/>
        </w:rPr>
        <w:t xml:space="preserve"> </w:t>
      </w:r>
    </w:p>
    <w:p w:rsidR="005563CE" w:rsidRDefault="005563CE" w:rsidP="00681D52">
      <w:pPr>
        <w:rPr>
          <w:rFonts w:ascii="Calibri" w:hAnsi="Calibri" w:cs="Calibri"/>
        </w:rPr>
      </w:pPr>
    </w:p>
    <w:p w:rsidR="00681D52" w:rsidRPr="00681D52" w:rsidRDefault="00681D52" w:rsidP="00681D52">
      <w:pPr>
        <w:rPr>
          <w:rFonts w:ascii="Calibri" w:hAnsi="Calibri" w:cs="Calibri"/>
        </w:rPr>
      </w:pPr>
      <w:r w:rsidRPr="00681D52">
        <w:rPr>
          <w:rFonts w:ascii="Calibri" w:hAnsi="Calibri" w:cs="Calibri"/>
        </w:rPr>
        <w:t>Does this service require integration with ITC-managed campus systems (e.g., website, SSO, Canvas, etc.)?</w:t>
      </w:r>
    </w:p>
    <w:p w:rsidR="00681D52" w:rsidRPr="00681D52" w:rsidRDefault="00681D52" w:rsidP="00681D52">
      <w:pPr>
        <w:pStyle w:val="Heading2"/>
        <w:rPr>
          <w:rFonts w:ascii="Calibri" w:eastAsiaTheme="minorEastAsia" w:hAnsi="Calibri" w:cs="Calibri"/>
          <w:b w:val="0"/>
          <w:bCs w:val="0"/>
          <w:color w:val="auto"/>
          <w:sz w:val="22"/>
          <w:szCs w:val="22"/>
        </w:rPr>
      </w:pPr>
      <w:r w:rsidRPr="00681D52">
        <w:rPr>
          <w:rFonts w:ascii="Segoe UI Symbol" w:eastAsiaTheme="minorEastAsia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681D52">
        <w:rPr>
          <w:rFonts w:ascii="Calibri" w:eastAsiaTheme="minorEastAsia" w:hAnsi="Calibri" w:cs="Calibri"/>
          <w:b w:val="0"/>
          <w:bCs w:val="0"/>
          <w:color w:val="auto"/>
          <w:sz w:val="22"/>
          <w:szCs w:val="22"/>
        </w:rPr>
        <w:t xml:space="preserve"> Yes</w:t>
      </w:r>
    </w:p>
    <w:p w:rsidR="00681D52" w:rsidRDefault="00681D52" w:rsidP="00681D52">
      <w:pPr>
        <w:pStyle w:val="Heading2"/>
        <w:rPr>
          <w:rFonts w:ascii="Calibri" w:hAnsi="Calibri" w:cs="Calibri"/>
        </w:rPr>
      </w:pPr>
      <w:r w:rsidRPr="00681D52">
        <w:rPr>
          <w:rFonts w:ascii="Segoe UI Symbol" w:eastAsiaTheme="minorEastAsia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681D52">
        <w:rPr>
          <w:rFonts w:ascii="Calibri" w:eastAsiaTheme="minorEastAsia" w:hAnsi="Calibri" w:cs="Calibri"/>
          <w:b w:val="0"/>
          <w:bCs w:val="0"/>
          <w:color w:val="auto"/>
          <w:sz w:val="22"/>
          <w:szCs w:val="22"/>
        </w:rPr>
        <w:t xml:space="preserve"> No</w:t>
      </w:r>
    </w:p>
    <w:p w:rsidR="00EC556E" w:rsidRPr="00EC556E" w:rsidRDefault="00EC556E" w:rsidP="00EC556E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Section 3</w:t>
      </w:r>
      <w:r w:rsidRPr="00EC556E">
        <w:rPr>
          <w:rFonts w:ascii="Calibri" w:hAnsi="Calibri" w:cs="Calibri"/>
        </w:rPr>
        <w:t>: Notes or Special Instructions</w:t>
      </w:r>
    </w:p>
    <w:p w:rsidR="00EC556E" w:rsidRPr="00EC556E" w:rsidRDefault="00EC556E" w:rsidP="00EC556E">
      <w:pPr>
        <w:rPr>
          <w:rFonts w:ascii="Calibri" w:hAnsi="Calibri" w:cs="Calibri"/>
          <w:u w:val="single"/>
        </w:rPr>
      </w:pPr>
      <w:r w:rsidRPr="00EC556E">
        <w:rPr>
          <w:rFonts w:ascii="Calibri" w:hAnsi="Calibri" w:cs="Calibri"/>
        </w:rPr>
        <w:t>____________________________________________________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:rsidR="00EC556E" w:rsidRDefault="00EC556E" w:rsidP="00EC556E">
      <w:pPr>
        <w:rPr>
          <w:rFonts w:ascii="Calibri" w:hAnsi="Calibri" w:cs="Calibri"/>
        </w:rPr>
      </w:pPr>
      <w:r w:rsidRPr="00EC556E">
        <w:rPr>
          <w:rFonts w:ascii="Calibri" w:hAnsi="Calibri" w:cs="Calibri"/>
        </w:rPr>
        <w:t>____________________________________________________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:rsidR="005563CE" w:rsidRPr="00654950" w:rsidRDefault="00EC556E" w:rsidP="005563CE">
      <w:pPr>
        <w:rPr>
          <w:rFonts w:ascii="Calibri" w:hAnsi="Calibri" w:cs="Calibri"/>
          <w:u w:val="single"/>
        </w:rPr>
      </w:pPr>
      <w:r w:rsidRPr="00EC556E">
        <w:rPr>
          <w:rFonts w:ascii="Calibri" w:hAnsi="Calibri" w:cs="Calibri"/>
        </w:rPr>
        <w:t>____________________________________________________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:rsidR="005563CE" w:rsidRDefault="005563CE" w:rsidP="005563CE">
      <w:pPr>
        <w:rPr>
          <w:rFonts w:ascii="Calibri" w:hAnsi="Calibri" w:cs="Calibri"/>
        </w:rPr>
      </w:pPr>
      <w:r w:rsidRPr="00EC556E">
        <w:rPr>
          <w:rFonts w:ascii="Calibri" w:hAnsi="Calibri" w:cs="Calibri"/>
        </w:rPr>
        <w:t xml:space="preserve">Please submit this completed form with all necessary attachments to: </w:t>
      </w:r>
      <w:hyperlink r:id="rId9" w:history="1">
        <w:r w:rsidRPr="002504CA">
          <w:rPr>
            <w:rStyle w:val="Hyperlink"/>
            <w:rFonts w:ascii="Calibri" w:hAnsi="Calibri" w:cs="Calibri"/>
          </w:rPr>
          <w:t>purchasing@nmt.edu</w:t>
        </w:r>
      </w:hyperlink>
    </w:p>
    <w:p w:rsidR="0040100D" w:rsidRPr="00EC556E" w:rsidRDefault="0040100D" w:rsidP="0040100D">
      <w:pPr>
        <w:pStyle w:val="Heading2"/>
        <w:rPr>
          <w:rFonts w:ascii="Calibri" w:hAnsi="Calibri" w:cs="Calibri"/>
        </w:rPr>
      </w:pPr>
      <w:r w:rsidRPr="00EC556E">
        <w:rPr>
          <w:rFonts w:ascii="Calibri" w:hAnsi="Calibri" w:cs="Calibri"/>
        </w:rPr>
        <w:t>PURCHASING USE ONLY:</w:t>
      </w:r>
    </w:p>
    <w:p w:rsidR="00D06D96" w:rsidRPr="00EC556E" w:rsidRDefault="00EC556E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Section 4</w:t>
      </w:r>
      <w:r w:rsidR="0040100D" w:rsidRPr="00EC556E">
        <w:rPr>
          <w:rFonts w:ascii="Calibri" w:hAnsi="Calibri" w:cs="Calibri"/>
        </w:rPr>
        <w:t>: Supporting Information</w:t>
      </w:r>
    </w:p>
    <w:p w:rsidR="00D06D96" w:rsidRPr="00EC556E" w:rsidRDefault="0040100D">
      <w:pPr>
        <w:rPr>
          <w:rFonts w:ascii="Calibri" w:hAnsi="Calibri" w:cs="Calibri"/>
        </w:rPr>
      </w:pPr>
      <w:r w:rsidRPr="00EC556E">
        <w:rPr>
          <w:rFonts w:ascii="Calibri" w:hAnsi="Calibri" w:cs="Calibri"/>
        </w:rPr>
        <w:t>Will the contract require additional review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7"/>
        <w:gridCol w:w="1240"/>
        <w:gridCol w:w="2004"/>
        <w:gridCol w:w="2061"/>
      </w:tblGrid>
      <w:tr w:rsidR="00D06D96" w:rsidRPr="00EC556E" w:rsidTr="00EC556E">
        <w:tc>
          <w:tcPr>
            <w:tcW w:w="2737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Review Area</w:t>
            </w:r>
          </w:p>
        </w:tc>
        <w:tc>
          <w:tcPr>
            <w:tcW w:w="124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Required?</w:t>
            </w:r>
          </w:p>
        </w:tc>
        <w:tc>
          <w:tcPr>
            <w:tcW w:w="2004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Date Sent</w:t>
            </w:r>
          </w:p>
        </w:tc>
        <w:tc>
          <w:tcPr>
            <w:tcW w:w="2061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Date Completed</w:t>
            </w:r>
          </w:p>
        </w:tc>
      </w:tr>
      <w:tr w:rsidR="00D06D96" w:rsidRPr="00EC556E" w:rsidTr="00EC556E">
        <w:tc>
          <w:tcPr>
            <w:tcW w:w="2737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ITC (Technology)</w:t>
            </w:r>
          </w:p>
        </w:tc>
        <w:tc>
          <w:tcPr>
            <w:tcW w:w="124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00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  <w:tc>
          <w:tcPr>
            <w:tcW w:w="2061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 w:rsidTr="00EC556E">
        <w:tc>
          <w:tcPr>
            <w:tcW w:w="2737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GASB (Software/Data Security)</w:t>
            </w:r>
          </w:p>
        </w:tc>
        <w:tc>
          <w:tcPr>
            <w:tcW w:w="124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00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  <w:tc>
          <w:tcPr>
            <w:tcW w:w="2061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 w:rsidTr="00EC556E">
        <w:tc>
          <w:tcPr>
            <w:tcW w:w="2737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Legal Counsel</w:t>
            </w:r>
          </w:p>
        </w:tc>
        <w:tc>
          <w:tcPr>
            <w:tcW w:w="124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00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  <w:tc>
          <w:tcPr>
            <w:tcW w:w="2061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 w:rsidTr="00EC556E">
        <w:tc>
          <w:tcPr>
            <w:tcW w:w="2737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Risk Management</w:t>
            </w:r>
          </w:p>
        </w:tc>
        <w:tc>
          <w:tcPr>
            <w:tcW w:w="124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00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  <w:tc>
          <w:tcPr>
            <w:tcW w:w="2061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 w:rsidTr="00EC556E">
        <w:tc>
          <w:tcPr>
            <w:tcW w:w="2737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Marketing &amp; Communication</w:t>
            </w:r>
          </w:p>
        </w:tc>
        <w:tc>
          <w:tcPr>
            <w:tcW w:w="124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00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  <w:tc>
          <w:tcPr>
            <w:tcW w:w="2061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 w:rsidTr="00EC556E">
        <w:tc>
          <w:tcPr>
            <w:tcW w:w="2737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IRB</w:t>
            </w:r>
          </w:p>
        </w:tc>
        <w:tc>
          <w:tcPr>
            <w:tcW w:w="124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00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  <w:tc>
          <w:tcPr>
            <w:tcW w:w="2061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 w:rsidTr="00EC556E">
        <w:tc>
          <w:tcPr>
            <w:tcW w:w="2737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International Compliance</w:t>
            </w:r>
          </w:p>
        </w:tc>
        <w:tc>
          <w:tcPr>
            <w:tcW w:w="124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00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  <w:tc>
          <w:tcPr>
            <w:tcW w:w="2061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 w:rsidTr="00EC556E">
        <w:tc>
          <w:tcPr>
            <w:tcW w:w="2737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Other: _______________________</w:t>
            </w:r>
          </w:p>
        </w:tc>
        <w:tc>
          <w:tcPr>
            <w:tcW w:w="124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004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  <w:tc>
          <w:tcPr>
            <w:tcW w:w="2061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</w:tbl>
    <w:p w:rsidR="00D06D96" w:rsidRPr="00EC556E" w:rsidRDefault="0040100D">
      <w:pPr>
        <w:pStyle w:val="Heading2"/>
        <w:rPr>
          <w:rFonts w:ascii="Calibri" w:hAnsi="Calibri" w:cs="Calibri"/>
        </w:rPr>
      </w:pPr>
      <w:r w:rsidRPr="00EC556E">
        <w:rPr>
          <w:rFonts w:ascii="Calibri" w:hAnsi="Calibri" w:cs="Calibri"/>
        </w:rPr>
        <w:t>PURCHASING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6D96" w:rsidRPr="00EC556E">
        <w:tc>
          <w:tcPr>
            <w:tcW w:w="432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Date Received:</w:t>
            </w:r>
          </w:p>
        </w:tc>
        <w:tc>
          <w:tcPr>
            <w:tcW w:w="4320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  <w:tr w:rsidR="00D06D96" w:rsidRPr="00EC556E">
        <w:tc>
          <w:tcPr>
            <w:tcW w:w="4320" w:type="dxa"/>
          </w:tcPr>
          <w:p w:rsidR="00D06D96" w:rsidRPr="00EC556E" w:rsidRDefault="0040100D">
            <w:pPr>
              <w:rPr>
                <w:rFonts w:ascii="Calibri" w:hAnsi="Calibri" w:cs="Calibri"/>
              </w:rPr>
            </w:pPr>
            <w:r w:rsidRPr="00EC556E">
              <w:rPr>
                <w:rFonts w:ascii="Calibri" w:hAnsi="Calibri" w:cs="Calibri"/>
              </w:rPr>
              <w:t>Received By:</w:t>
            </w:r>
          </w:p>
        </w:tc>
        <w:tc>
          <w:tcPr>
            <w:tcW w:w="4320" w:type="dxa"/>
          </w:tcPr>
          <w:p w:rsidR="00D06D96" w:rsidRPr="00EC556E" w:rsidRDefault="00D06D96">
            <w:pPr>
              <w:rPr>
                <w:rFonts w:ascii="Calibri" w:hAnsi="Calibri" w:cs="Calibri"/>
              </w:rPr>
            </w:pPr>
          </w:p>
        </w:tc>
      </w:tr>
    </w:tbl>
    <w:p w:rsidR="00172D5A" w:rsidRPr="00EC556E" w:rsidRDefault="00172D5A">
      <w:pPr>
        <w:rPr>
          <w:rFonts w:ascii="Calibri" w:hAnsi="Calibri" w:cs="Calibri"/>
        </w:rPr>
      </w:pPr>
    </w:p>
    <w:sectPr w:rsidR="00172D5A" w:rsidRPr="00EC556E" w:rsidSect="00654950">
      <w:pgSz w:w="12240" w:h="15840"/>
      <w:pgMar w:top="1440" w:right="1800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56E" w:rsidRDefault="00EC556E" w:rsidP="00EC556E">
      <w:pPr>
        <w:spacing w:after="0" w:line="240" w:lineRule="auto"/>
      </w:pPr>
      <w:r>
        <w:separator/>
      </w:r>
    </w:p>
  </w:endnote>
  <w:endnote w:type="continuationSeparator" w:id="0">
    <w:p w:rsidR="00EC556E" w:rsidRDefault="00EC556E" w:rsidP="00EC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56E" w:rsidRDefault="00EC556E" w:rsidP="00EC556E">
      <w:pPr>
        <w:spacing w:after="0" w:line="240" w:lineRule="auto"/>
      </w:pPr>
      <w:r>
        <w:separator/>
      </w:r>
    </w:p>
  </w:footnote>
  <w:footnote w:type="continuationSeparator" w:id="0">
    <w:p w:rsidR="00EC556E" w:rsidRDefault="00EC556E" w:rsidP="00EC5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710666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70D6"/>
    <w:rsid w:val="0006063C"/>
    <w:rsid w:val="0015074B"/>
    <w:rsid w:val="00172D5A"/>
    <w:rsid w:val="001C45A2"/>
    <w:rsid w:val="00261B3F"/>
    <w:rsid w:val="0029639D"/>
    <w:rsid w:val="00326F90"/>
    <w:rsid w:val="0040100D"/>
    <w:rsid w:val="005563CE"/>
    <w:rsid w:val="005D7BA5"/>
    <w:rsid w:val="00654950"/>
    <w:rsid w:val="00681D52"/>
    <w:rsid w:val="00AA1D8D"/>
    <w:rsid w:val="00B47730"/>
    <w:rsid w:val="00BF6781"/>
    <w:rsid w:val="00CB0664"/>
    <w:rsid w:val="00D06D96"/>
    <w:rsid w:val="00EC55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A13D67"/>
  <w14:defaultImageDpi w14:val="300"/>
  <w15:docId w15:val="{CCE1D694-BB41-4948-BB0A-9A7FC551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81D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9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urchasing@nm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6A3A68-020D-47D6-83A8-231043D1A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Montoya, Meradeth C.</cp:lastModifiedBy>
  <cp:revision>10</cp:revision>
  <dcterms:created xsi:type="dcterms:W3CDTF">2025-07-10T21:21:00Z</dcterms:created>
  <dcterms:modified xsi:type="dcterms:W3CDTF">2025-10-06T19:12:00Z</dcterms:modified>
  <cp:category/>
</cp:coreProperties>
</file>